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АНКЕТА ГОСТЯ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Внутренняя рабочая форма. Не является и не заменяет формы регистрационного или миграционного учёта МВД России.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Заполняйте только поля, необходимые для договора, размещения и обязательного учёта. Не включайте в анкету согласие на рекламу, фото и иные необязательные цели.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Поле</w:t>
            </w:r>
          </w:p>
        </w:tc>
        <w:tc>
          <w:tcPr>
            <w:tcW w:type="dxa" w:w="4961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Заполнение</w:t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Фамилия, имя, отчество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Дата рождения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Документ, удостоверяющий личность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[вид, серия/номер, кем и когда выдан — если требуется применимыми правилами]</w:t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 регистрации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[только если необходим по применимым правилам]</w:t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Гражданство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[только если необходимо для обязательного учёта]</w:t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Номер бронирования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Дата и время заезда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Дата и время выезда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Категория и номер помещения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Контакт для исполнения договора</w:t>
            </w:r>
          </w:p>
        </w:tc>
        <w:tc>
          <w:tcPr>
            <w:tcW w:type="dxa" w:w="4961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Ознакомление с Правилами проживания и пожарной памяткой: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Гость __________________ / [ФИО] /    Дата ____________    Бронирование/номер ____________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При дистанционном оформлении храните доказательство ознакомления: версию документов, дату и время, идентификатор бронирования и совершённое гостем действие.</w:t>
      </w:r>
    </w:p>
    <w:sectPr>
      <w:footerReference w:type="default" r:id="rId9"/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