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Кому: [наименование исполнителя]</w:t>
              <w:br/>
              <w:t>[адрес]</w:t>
              <w:br/>
              <w:t>От: [ФИО гостя]</w:t>
              <w:br/>
              <w:t>[адрес, телефон, e-mail]</w:t>
            </w:r>
          </w:p>
        </w:tc>
      </w:tr>
    </w:tbl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ПРЕТЕНЗИЯ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[дата] мной было оформлено бронирование № [номер] и оплачены услуги размещения в размере [сумма] рублей. Период проживания: с [дата] по [дата].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Обстоятельства и недостатки услуги: [изложить факты, даты, обращения к сотрудникам и полученные ответы].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 основании изложенного прошу: [возвратить денежные средства / уменьшить цену / устранить недостатки / возместить подтверждённые убытки / иной вариант].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Прошу направить ответ по адресу: [почтовый или электронный адрес].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Приложения: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[копия подтверждения бронирования].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[кассовый чек или иной документ об оплате].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[фотографии, переписка и иные доказательства].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Дата: ____________    Подпись: ____________ / [ФИО] /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Отметка о получении: дата ____________  входящий № ____________  принял ____________ / ____________</w:t>
      </w:r>
    </w:p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