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О ПОВРЕЖДЕНИИ ИМУЩЕСТВА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  <w:tc>
          <w:tcPr>
            <w:tcW w:type="dxa" w:w="4961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Мы, нижеподписавшиеся: [ФИО, должность], [ФИО гостя] и [ФИО свидетеля, если есть], составили настоящий акт о нижеследующем.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Дата, время и место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[дата, время, номер помещения или иное место].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Установленные обстоятельства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[описать только наблюдаемые факты без предположений и оценочных формулировок].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Повреждённое имущество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[наименование, инвентарный номер при наличии, состояние, характер и объём повреждения].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Объяснения гостя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[текст объяснения либо отметка об отказе дать объяснение].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Дальнейшие действия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[осмотр специалистом, смета, ремонт, хранение доказательств, направление требования]. Стоимость ущерба определяется подтверждающими документами, а не произвольным штрафом.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Приложения: [фотографии / объяснения / опись / иные документы либо «нет»].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 составлен в [количество] экземплярах.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Представитель объекта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Гость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[подписал / от подписи отказался]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Свидетель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