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АКТ ОБ ОБНАРУЖЕНИИ ЗАБЫТОЙ ВЕЩИ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  <w:tc>
          <w:tcPr>
            <w:tcW w:type="dxa" w:w="4961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[дата, например: 30 сентября 2026 г.]</w:t>
            </w:r>
          </w:p>
        </w:tc>
      </w:tr>
    </w:tbl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Мы, нижеподписавшиеся: [ФИО, должности], составили настоящий акт об обнаружении имущества, предположительно оставленного гостем.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Дата, время и место обнаружения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[дата, время, номер помещения или иное место].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Описание вещи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[наименование, внешний вид, маркировка, количество, индивидуальные признаки; содержимое закрытой упаковки без необходимости не вскрывать].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Упаковка и место хранения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[номер пакета/пломбы, помещение, ответственное лицо].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Уведомление и возврат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[кому, когда и каким способом направлено уведомление; дата и способ возврата либо дальнейшее хранение].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Приложения: [фотографии / объяснения / опись / иные документы либо «нет»].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 составлен в [количество] экземплярах.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Обнаружил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Принял на хранение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Свидетель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