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ОБ ОТКАЗЕ В ЗАСЕЛЕНИИ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  <w:tc>
          <w:tcPr>
            <w:tcW w:type="dxa" w:w="4961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Мы, нижеподписавшиеся: [ФИО, должности], в присутствии гостя [ФИО] составили настоящий акт.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Бронирование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Номер [номер], период [даты], категория/номер [данные].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Фактические обстоятельства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[описать предъявленные документы, состояние бронирования, оплату и иные проверенные факты].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Основание решения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[указать конкретное условие договора/правил и применимую норму; не использовать дискриминационные основания].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Предложенное решение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[устранение причины, альтернативное размещение, возврат оплаты, иное].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Объяснение гостя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[текст либо отметка об отказе дать объяснение].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Приложения: [фотографии / объяснения / опись / иные документы либо «нет»].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 составлен в [количество] экземплярах.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Представитель объекта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Гость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[подписал / от подписи отказался]</w:t>
            </w:r>
          </w:p>
        </w:tc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Свидетель</w:t>
            </w:r>
          </w:p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__________ / [ФИО] /</w:t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