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rFonts w:ascii="Times New Roman" w:hAnsi="Times New Roman" w:eastAsia="Times New Roman"/>
          <w:color w:val="000000"/>
        </w:rPr>
        <w:t>Соглашение о размещении с домашним животным</w:t>
      </w:r>
    </w:p>
    <w:p>
      <w:pPr/>
      <w:r>
        <w:rPr>
          <w:rFonts w:ascii="Times New Roman" w:hAnsi="Times New Roman" w:eastAsia="Times New Roman"/>
          <w:i/>
          <w:color w:val="000000"/>
        </w:rPr>
        <w:t>Подписываемое приложение к бронированию или договору размещения</w:t>
      </w:r>
    </w:p>
    <w:p>
      <w:pPr/>
      <w:r>
        <w:rPr>
          <w:rFonts w:ascii="Times New Roman" w:hAnsi="Times New Roman" w:eastAsia="Times New Roman"/>
          <w:color w:val="000000"/>
        </w:rPr>
        <w:t>Соглашение № [номер] к бронированию № [номер] от [дата, например: 30.09.2026]</w:t>
      </w:r>
    </w:p>
    <w:p>
      <w:pPr>
        <w:pStyle w:val="Heading1"/>
      </w:pPr>
      <w:r>
        <w:rPr>
          <w:rFonts w:ascii="Times New Roman" w:hAnsi="Times New Roman" w:eastAsia="Times New Roman"/>
          <w:color w:val="000000"/>
        </w:rPr>
        <w:t>1. Гость и проживание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904"/>
        <w:gridCol w:w="4904"/>
      </w:tblGrid>
      <w:tr>
        <w:tc>
          <w:tcPr>
            <w:tcW w:type="dxa" w:w="4904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Поле</w:t>
            </w:r>
          </w:p>
        </w:tc>
        <w:tc>
          <w:tcPr>
            <w:tcW w:type="dxa" w:w="4904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Сведения</w:t>
            </w:r>
          </w:p>
        </w:tc>
      </w:tr>
      <w:tr>
        <w:tc>
          <w:tcPr>
            <w:tcW w:type="dxa" w:w="4904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  <w:t>ФИО гостя</w:t>
            </w:r>
          </w:p>
        </w:tc>
        <w:tc>
          <w:tcPr>
            <w:tcW w:type="dxa" w:w="4904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  <w:t>[например: Иванов Иван Иванович]</w:t>
            </w:r>
          </w:p>
        </w:tc>
      </w:tr>
      <w:tr>
        <w:tc>
          <w:tcPr>
            <w:tcW w:type="dxa" w:w="4904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  <w:t>Документ/идентификатор бронирования</w:t>
            </w:r>
          </w:p>
        </w:tc>
        <w:tc>
          <w:tcPr>
            <w:tcW w:type="dxa" w:w="4904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4904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  <w:t>Номер комнаты</w:t>
            </w:r>
          </w:p>
        </w:tc>
        <w:tc>
          <w:tcPr>
            <w:tcW w:type="dxa" w:w="4904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  <w:t>[например: 205]</w:t>
            </w:r>
          </w:p>
        </w:tc>
      </w:tr>
      <w:tr>
        <w:tc>
          <w:tcPr>
            <w:tcW w:type="dxa" w:w="4904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  <w:t>Период проживания</w:t>
            </w:r>
          </w:p>
        </w:tc>
        <w:tc>
          <w:tcPr>
            <w:tcW w:type="dxa" w:w="4904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4904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  <w:t>Телефон для связи</w:t>
            </w:r>
          </w:p>
        </w:tc>
        <w:tc>
          <w:tcPr>
            <w:tcW w:type="dxa" w:w="4904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</w:tbl>
    <w:p>
      <w:pPr>
        <w:pStyle w:val="Heading1"/>
      </w:pPr>
      <w:r>
        <w:rPr>
          <w:rFonts w:ascii="Times New Roman" w:hAnsi="Times New Roman" w:eastAsia="Times New Roman"/>
          <w:color w:val="000000"/>
        </w:rPr>
        <w:t>2. Сведения о животном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904"/>
        <w:gridCol w:w="4904"/>
      </w:tblGrid>
      <w:tr>
        <w:tc>
          <w:tcPr>
            <w:tcW w:type="dxa" w:w="4904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Поле</w:t>
            </w:r>
          </w:p>
        </w:tc>
        <w:tc>
          <w:tcPr>
            <w:tcW w:type="dxa" w:w="4904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Сведения</w:t>
            </w:r>
          </w:p>
        </w:tc>
      </w:tr>
      <w:tr>
        <w:tc>
          <w:tcPr>
            <w:tcW w:type="dxa" w:w="4904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  <w:t>Вид</w:t>
            </w:r>
          </w:p>
        </w:tc>
        <w:tc>
          <w:tcPr>
            <w:tcW w:type="dxa" w:w="4904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  <w:t>□ собака  □ кошка  □ другое: ______</w:t>
            </w:r>
          </w:p>
        </w:tc>
      </w:tr>
      <w:tr>
        <w:tc>
          <w:tcPr>
            <w:tcW w:type="dxa" w:w="4904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  <w:t>Кличка</w:t>
            </w:r>
          </w:p>
        </w:tc>
        <w:tc>
          <w:tcPr>
            <w:tcW w:type="dxa" w:w="4904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4904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  <w:t>Порода/окрас</w:t>
            </w:r>
          </w:p>
        </w:tc>
        <w:tc>
          <w:tcPr>
            <w:tcW w:type="dxa" w:w="4904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4904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  <w:t>Количество</w:t>
            </w:r>
          </w:p>
        </w:tc>
        <w:tc>
          <w:tcPr>
            <w:tcW w:type="dxa" w:w="4904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4904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  <w:t>Примерный вес</w:t>
            </w:r>
          </w:p>
        </w:tc>
        <w:tc>
          <w:tcPr>
            <w:tcW w:type="dxa" w:w="4904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4904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  <w:t>Особенности поведения и ухода</w:t>
            </w:r>
          </w:p>
        </w:tc>
        <w:tc>
          <w:tcPr>
            <w:tcW w:type="dxa" w:w="4904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4904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  <w:t>Документ о животном — если требуется на законном основании</w:t>
            </w:r>
          </w:p>
        </w:tc>
        <w:tc>
          <w:tcPr>
            <w:tcW w:type="dxa" w:w="4904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</w:tbl>
    <w:p>
      <w:pPr>
        <w:pStyle w:val="Heading1"/>
      </w:pPr>
      <w:r>
        <w:rPr>
          <w:rFonts w:ascii="Times New Roman" w:hAnsi="Times New Roman" w:eastAsia="Times New Roman"/>
          <w:color w:val="000000"/>
        </w:rPr>
        <w:t>3. Согласованные условия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904"/>
        <w:gridCol w:w="4904"/>
      </w:tblGrid>
      <w:tr>
        <w:tc>
          <w:tcPr>
            <w:tcW w:type="dxa" w:w="4904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Условие</w:t>
            </w:r>
          </w:p>
        </w:tc>
        <w:tc>
          <w:tcPr>
            <w:tcW w:type="dxa" w:w="4904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Значение</w:t>
            </w:r>
          </w:p>
        </w:tc>
      </w:tr>
      <w:tr>
        <w:tc>
          <w:tcPr>
            <w:tcW w:type="dxa" w:w="4904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  <w:t>Разрешённая категория номера</w:t>
            </w:r>
          </w:p>
        </w:tc>
        <w:tc>
          <w:tcPr>
            <w:tcW w:type="dxa" w:w="4904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4904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  <w:t>Разрешённые/закрытые зоны</w:t>
            </w:r>
          </w:p>
        </w:tc>
        <w:tc>
          <w:tcPr>
            <w:tcW w:type="dxa" w:w="4904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4904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  <w:t>Стоимость размещения</w:t>
            </w:r>
          </w:p>
        </w:tc>
        <w:tc>
          <w:tcPr>
            <w:tcW w:type="dxa" w:w="4904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4904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  <w:t>Стоимость специальной уборки</w:t>
            </w:r>
          </w:p>
        </w:tc>
        <w:tc>
          <w:tcPr>
            <w:tcW w:type="dxa" w:w="4904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4904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  <w:t>Обеспечительный платёж</w:t>
            </w:r>
          </w:p>
        </w:tc>
        <w:tc>
          <w:tcPr>
            <w:tcW w:type="dxa" w:w="4904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4904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  <w:t>Срок и способ возврата платежа</w:t>
            </w:r>
          </w:p>
        </w:tc>
        <w:tc>
          <w:tcPr>
            <w:tcW w:type="dxa" w:w="4904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4904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  <w:t>Время/порядок уборки номера</w:t>
            </w:r>
          </w:p>
        </w:tc>
        <w:tc>
          <w:tcPr>
            <w:tcW w:type="dxa" w:w="4904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4904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  <w:t>Дополнительные условия</w:t>
            </w:r>
          </w:p>
        </w:tc>
        <w:tc>
          <w:tcPr>
            <w:tcW w:type="dxa" w:w="4904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</w:tbl>
    <w:p>
      <w:pPr>
        <w:pStyle w:val="Heading1"/>
      </w:pPr>
      <w:r>
        <w:rPr>
          <w:rFonts w:ascii="Times New Roman" w:hAnsi="Times New Roman" w:eastAsia="Times New Roman"/>
          <w:color w:val="000000"/>
        </w:rPr>
        <w:t>4. Подтверждение сторон</w:t>
      </w:r>
    </w:p>
    <w:p>
      <w:pPr/>
      <w:r>
        <w:rPr>
          <w:rFonts w:ascii="Times New Roman" w:hAnsi="Times New Roman" w:eastAsia="Times New Roman"/>
          <w:color w:val="000000"/>
        </w:rPr>
        <w:t>Гость подтверждает получение Правил проживания с домашними животными, достоверность указанных сведений и согласие отвечать за действия животного и документально подтверждённый ущерб в пределах закона и договора. Представитель объекта подтверждает согласование размещения на указанных условиях.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52"/>
        <w:gridCol w:w="2452"/>
        <w:gridCol w:w="2452"/>
        <w:gridCol w:w="2452"/>
      </w:tblGrid>
      <w:tr>
        <w:tc>
          <w:tcPr>
            <w:tcW w:type="dxa" w:w="2452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Сторона</w:t>
            </w:r>
          </w:p>
        </w:tc>
        <w:tc>
          <w:tcPr>
            <w:tcW w:type="dxa" w:w="2452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ФИО / должность</w:t>
            </w:r>
          </w:p>
        </w:tc>
        <w:tc>
          <w:tcPr>
            <w:tcW w:type="dxa" w:w="2452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Подпись</w:t>
            </w:r>
          </w:p>
        </w:tc>
        <w:tc>
          <w:tcPr>
            <w:tcW w:type="dxa" w:w="2452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Дата</w:t>
            </w:r>
          </w:p>
        </w:tc>
      </w:tr>
      <w:tr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  <w:t>Гость</w:t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  <w:t>Представитель средства размещения</w:t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</w:tbl>
    <w:p>
      <w:pPr>
        <w:pStyle w:val="Heading1"/>
      </w:pPr>
      <w:r>
        <w:rPr>
          <w:rFonts w:ascii="Times New Roman" w:hAnsi="Times New Roman" w:eastAsia="Times New Roman"/>
          <w:color w:val="000000"/>
        </w:rPr>
        <w:t>Отметка при выезде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52"/>
        <w:gridCol w:w="2452"/>
        <w:gridCol w:w="2452"/>
        <w:gridCol w:w="2452"/>
      </w:tblGrid>
      <w:tr>
        <w:tc>
          <w:tcPr>
            <w:tcW w:type="dxa" w:w="2452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Осмотр</w:t>
            </w:r>
          </w:p>
        </w:tc>
        <w:tc>
          <w:tcPr>
            <w:tcW w:type="dxa" w:w="2452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Результат</w:t>
            </w:r>
          </w:p>
        </w:tc>
        <w:tc>
          <w:tcPr>
            <w:tcW w:type="dxa" w:w="2452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Акт/приложение</w:t>
            </w:r>
          </w:p>
        </w:tc>
        <w:tc>
          <w:tcPr>
            <w:tcW w:type="dxa" w:w="2452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Подписи</w:t>
            </w:r>
          </w:p>
        </w:tc>
      </w:tr>
      <w:tr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  <w:t>Номер осмотрен</w:t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  <w:t>□ замечаний нет  □ составлен акт</w:t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</w:tbl>
    <w:sectPr>
      <w:headerReference w:type="default" r:id="rId9"/>
      <w:footerReference w:type="default" r:id="rId10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rFonts w:ascii="Times New Roman" w:hAnsi="Times New Roman" w:eastAsia="Times New Roman"/>
        <w:color w:val="000000"/>
        <w:sz w:val="18"/>
      </w:rPr>
      <w:t xml:space="preserve">Страница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/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2" w:lineRule="auto" w:after="80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160"/>
      <w:contextualSpacing/>
      <w:jc w:val="center"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