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[ПОЛНОЕ НАИМЕНОВАНИЕ ОРГАНИЗАЦИИ / ИП]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ПРИКАЗ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[дата]</w:t>
            </w:r>
          </w:p>
        </w:tc>
        <w:tc>
          <w:tcPr>
            <w:tcW w:type="dxa" w:w="3307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№ [номер]</w:t>
            </w:r>
          </w:p>
        </w:tc>
        <w:tc>
          <w:tcPr>
            <w:tcW w:type="dxa" w:w="3307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Об обеспечении пожарной безопасности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ПРИКАЗЫВАЮ: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Назначить ответственным за обеспечение пожарной безопасности [должность, ФИО].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Утвердить инструкцию о мерах пожарной безопасности и программу противопожарного инструктажа согласно приложениям.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Обеспечить проведение инструктажей, ведение журнала, исправность путей эвакуации, огнетушителей и систем противопожарной защиты.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Ответственным лицам провести ознакомление работников под подпись до допуска к работе.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 Контроль исполнения настоящего приказа оставляю за собой / возлагаю на [должность, ФИО].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Основание: Федеральный закон № 69-ФЗ; Правила противопожарного режима в Российской Федерации; применимые требования к конкретному объекту.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Приложение: 1. Инструкция о мерах пожарной безопасности. 2. Программа противопожарного инструктажа.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Руководитель __________________ / [ФИО] /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Должность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ФИО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Подпись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</w:t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