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Порядок обучения мерам пожарной безопасности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Вид инструктажа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Кому/когда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Проводит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Фиксация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Вводный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До начала деятельности на объекте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Лицо с требуемой подготовкой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Первичный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До самостоятельной работы на рабочем месте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Назначенное обученное лицо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Повторный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 сроки, установленные приказом с учётом рисков и приказа №1120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Назначенное лицо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Внеплановый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При изменениях, нарушениях, перерывах и иных основаниях приказа №1120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Назначенное лицо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Целевой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Перед разовыми пожароопасными работами и иными установленными событиями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Назначенное лицо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Журнал</w:t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Теория может проводиться дистанционно при наличии правового и организационного основания; практическая часть и проверка знаний должны подтверждать реальные навыки. К проведению допускаются лица, соответствующие требованиям приказа МЧС России №1120.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обучения ПБ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