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Программа вводного противопожарного инструктажа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69"/>
        <w:gridCol w:w="3269"/>
        <w:gridCol w:w="3269"/>
      </w:tblGrid>
      <w:tr>
        <w:tc>
          <w:tcPr>
            <w:tcW w:type="dxa" w:w="3269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Тема</w:t>
            </w:r>
          </w:p>
        </w:tc>
        <w:tc>
          <w:tcPr>
            <w:tcW w:type="dxa" w:w="3269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Содержание</w:t>
            </w:r>
          </w:p>
        </w:tc>
        <w:tc>
          <w:tcPr>
            <w:tcW w:type="dxa" w:w="3269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Минуты</w:t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Объект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Категория, планировка, опасные зоны, режим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[__]</w:t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Обязанности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Ответственные, запреты, сообщение о нарушении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[__]</w:t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Эвакуация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Выходы, сбор, помощь гостям и маломобильным лицам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[__]</w:t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Системы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Сигнализация, оповещение, дымоудаление, отключения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[__]</w:t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Огнетушители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Типы, расположение, безопасное применение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[__]</w:t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Действия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112, оповещение, эвакуация, встреча пожарных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[__]</w:t>
            </w:r>
          </w:p>
        </w:tc>
      </w:tr>
      <w:tr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Практика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Маршрут, кнопка, огнетушитель/тренажёр, вопросы</w:t>
            </w:r>
          </w:p>
        </w:tc>
        <w:tc>
          <w:tcPr>
            <w:tcW w:type="dxa" w:w="326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[__]</w:t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Форма проверки: устный опрос и практическая демонстрация. Результат: «зачёт/незачёт». Программа утверждается руководителем или уполномоченным лицом в порядке приказа №1120.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вводного инструктажа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