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[наименование объекта защиты]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ЖУРНАЛ УЧЁТА ПРОТИВОПОЖАРНЫХ ИНСТРУКТАЖЕЙ № ____</w:t>
      </w:r>
    </w:p>
    <w:p>
      <w:pPr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0"/>
        </w:rPr>
        <w:t>Рекомендуемый образец по приложению к Порядку, утверждённому приказом МЧС России от 16.12.2024 № 1120</w:t>
      </w:r>
    </w:p>
    <w:p>
      <w:pPr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Начат ____________ 20__ г.                                      Окончен ____________ 20__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Дата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Вид инструктажа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ФИО инструктируемого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Профессия, должность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Теория: ФИО инструктирующего и № документа об образовании/обучении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Подпись инструктируемого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Подпись инструктирующего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Дата практической части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Практика: ФИО инструктирующего и № документа об образовании/обучении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Подпись инструктируемого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3"/>
              </w:rPr>
              <w:t>Подпись инструктирующего</w:t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3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5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6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7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8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9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10</w:t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11</w:t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2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</w:tbl>
    <w:p>
      <w:pPr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8"/>
        </w:rPr>
        <w:t>Дополнительные графы допускаются, но сведения о теоретической и практической частях и подписи не исключаются.</w:t>
      </w:r>
    </w:p>
    <w:sectPr>
      <w:footerReference w:type="default" r:id="rId9"/>
      <w:pgSz w:w="16838" w:h="11906" w:orient="landscape"/>
      <w:pgMar w:top="850" w:right="567" w:bottom="85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