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эксплуатации систем противопожарной защиты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401"/>
        <w:gridCol w:w="1401"/>
        <w:gridCol w:w="1401"/>
        <w:gridCol w:w="1401"/>
        <w:gridCol w:w="1401"/>
        <w:gridCol w:w="1401"/>
        <w:gridCol w:w="1401"/>
      </w:tblGrid>
      <w:tr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Система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Событие/работа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Неисправность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Меры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Исполнитель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Документ</w:t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эксплуатации систем противопожарной защиты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