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АКТ ПРОВЕДЕНИЯ ТРЕНИРОВКИ ПО ЭВАКУАЦИИ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61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г. [город]</w:t>
            </w:r>
          </w:p>
        </w:tc>
        <w:tc>
          <w:tcPr>
            <w:tcW w:type="dxa" w:w="4961"/>
            <w:vAlign w:val="center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[дата, например: 30 сентября 2026 г.]</w:t>
            </w:r>
          </w:p>
        </w:tc>
      </w:tr>
    </w:tbl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Комиссия в составе: председатель [ФИО, должность], члены комиссии [ФИО, должности] составила настоящий акт по результатам тренировки.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Исходные данные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Дата и время [данные]. Объект [адрес]. Учебный сценарий [описание]. Руководитель тренировки [ФИО].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Участники и оповещение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Участвовало [число] работников и [число] иных лиц. Способ оповещения [описание].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Ход и результаты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Начало эвакуации [время], завершение [время]. Пути и выходы [состояние]. Действия персонала [оценка фактов].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Выявленные недостатки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[перечень либо «не выявлены»].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Корректирующие мероприятия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[мероприятие, ответственный, срок исполнения].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Приложения: [фотографии / объяснения / опись / иные документы либо «нет»].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Акт составлен в [количество] экземплярах.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07"/>
        <w:gridCol w:w="3307"/>
        <w:gridCol w:w="3307"/>
      </w:tblGrid>
      <w:tr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Председатель комиссии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__________ / [ФИО] /</w:t>
            </w:r>
          </w:p>
        </w:tc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Член комиссии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__________ / [ФИО] /</w:t>
            </w:r>
          </w:p>
        </w:tc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Член комиссии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__________ / [ФИО] /</w:t>
            </w:r>
          </w:p>
        </w:tc>
      </w:tr>
    </w:tbl>
    <w:sectPr>
      <w:footerReference w:type="default" r:id="rId9"/>
      <w:pgSz w:w="11906" w:h="16838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