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СОГЛАСИЕ НА ПОЛУЧЕНИЕ РЕКЛАМЫ И ОБРАБОТКУ ПЕРСОНАЛЬНЫХ ДАННЫХ ДЛЯ РЕКЛАМНОЙ РАССЫЛКИ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Отдельное добровольное согласие. Не включать в договор размещения, анкету гостя или согласие для иной цели.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Я, [ФИО полностью], контакт [номер телефона и/или адрес электронной почты], свободно, своей волей и в своём интересе даю [полное наименование или ФИО оператора, ИНН/ОГРН(ИП), адрес] предварительное согласие на получение рекламы следующими способами: □ e-mail  □ SMS  □ телефонный звонок  □ мессенджер [указать].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Для этой цели разрешаю обрабатывать следующие персональные данные: [точный перечень, например: ФИО, телефон, e-mail]. Действия с данными: сбор, запись, систематизация, накопление, хранение, уточнение, использование для выбранной рассылки, передача следующим обработчикам [перечень сервисов/подрядчиков], блокирование, удаление и уничтожение. Обработка: [автоматизированная / неавтоматизированная / смешанная].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Согласие действует до [дата/событие], но может быть отозвано раньше заявлением по адресу [почтовый адрес и e-mail]. Отказ или отзыв не влияет на оказание основной услуги. После отзыва рассылка прекращается, а обработка для этой цели прекращается при отсутствии иного законного основания.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Дата ____________   Подпись ____________   Расшифровка [ФИО]</w:t>
      </w:r>
    </w:p>
    <w:p>
      <w:pPr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Для электронной формы оператор должен сохранить текст согласия, выбранные каналы, дату и время, идентификатор лица и подтверждаемое действие.</w:t>
      </w:r>
    </w:p>
    <w:sectPr>
      <w:footerReference w:type="default" r:id="rId9"/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