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8"/>
        </w:rPr>
        <w:t>СОГЛАСИЕ НА ИСПОЛЬЗОВАНИЕ ИЗОБРАЖЕНИЯ</w:t>
      </w:r>
    </w:p>
    <w:p>
      <w:pPr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Самостоятельный документ для целей статьи 152.1 Гражданского кодекса Российской Федерации.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Я, [ФИО полностью], разрешаю [полное наименование или ФИО владельца объекта, адрес] использовать моё изображение, полученное [дата/мероприятие/описание съёмки], в следующих материалах и целях: [конкретно указать].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Разрешённые способы использования: □ публикация на сайте [адрес]  □ публикация в социальных сетях [перечень]  □ печатные материалы [перечень]  □ иное [указать]. Разрешены: [обнародование, воспроизведение, доведение до всеобщего сведения, переработка только в указанных пределах].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Срок использования: [срок]. Территория: [территория]. Условия вознаграждения: [безвозмездно / сумма и порядок]. Запрещаются способы и контекст, унижающие честь, достоинство или создающие ложное представление обо мне.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Отзыв направляется по адресу [почтовый адрес/e-mail]. Последствия отзыва и судьба уже изготовленных материалов определяются применимым законодательством и фактическими обстоятельствами.</w:t>
      </w:r>
    </w:p>
    <w:p>
      <w:pPr>
        <w:jc w:val="both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Дата ____________   Подпись ____________   Расшифровка [ФИО]</w:t>
      </w:r>
    </w:p>
    <w:sectPr>
      <w:footerReference w:type="default" r:id="rId9"/>
      <w:pgSz w:w="11906" w:h="16838"/>
      <w:pgMar w:top="850" w:right="850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b w:val="0"/>
        <w:i w:val="0"/>
        <w:color w:val="000000"/>
        <w:sz w:val="18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