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СОГЛАСИЕ НА ОБРАБОТКУ ПЕРСОНАЛЬНЫХ ДАННЫХ, РАЗРЕШЁННЫХ ДЛЯ РАСПРОСТРАНЕНИЯ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Отдельное согласие по статье 10.1 Федерального закона № 152-ФЗ. Используется, когда фото, видео или иные персональные данные публикуются для неопределённого круга лиц.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Я, [ФИО полностью, контакт], даю [полное наименование/ФИО оператора, ИНН/ОГРН(ИП), адрес] согласие на обработку и распространение следующих персональных данных: [изображение на фото; изображение и голос на видео; ФИО; должность; иное — перечислить отдельно].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Цель распространения: [конкретная цель]. Информационные ресурсы оператора: [точные адреса сайта, страниц и аккаунтов]. Срок действия: [срок/условие].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Условия и запреты, устанавливаемые субъектом: [без ограничений / не передавать третьим лицам / не использовать в рекламе / запретить поисковым системам / иные условия]. Категории данных, к которым применяются условия и запреты: [перечень].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Согласие может быть отозвано по адресу [почтовый адрес/e-mail]. Оператор обязан прекратить распространение в предусмотренных законом случаях и сроки.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Дата ____________   Подпись ____________   Расшифровка [ФИО]</w:t>
      </w:r>
    </w:p>
    <w:sectPr>
      <w:footerReference w:type="default" r:id="rId9"/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