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Журнал обращений субъектов ПДн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401"/>
        <w:gridCol w:w="1401"/>
        <w:gridCol w:w="1401"/>
        <w:gridCol w:w="1401"/>
        <w:gridCol w:w="1401"/>
        <w:gridCol w:w="1401"/>
        <w:gridCol w:w="1401"/>
      </w:tblGrid>
      <w:tr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№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Заявитель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Требование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Проверка личности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1401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Ответ/дата</w:t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401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обращений субъектов ПДн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