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АКТ ОБ УНИЧТОЖЕНИИ ПЕРСОНАЛЬНЫХ ДАННЫХ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[полное наименование или ФИО оператора]</w:t>
      </w:r>
    </w:p>
    <w:p>
      <w:pPr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Адрес оператора: [адрес]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[город]                                      [дата]                                      № [номер]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Комиссия в составе: председатель [ФИО, должность], члены комиссии [ФИО, должности] составила настоящий акт.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Основание уничтожения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[достижение цели обработки / истечение срока / отзыв согласия при отсутствии иного основания / реквизиты решения или приказа].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Сведения о субъектах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[категория субъектов или иные сведения, позволяющие отнести уничтоженные данные к конкретному субъекту/группе субъектов без избыточного раскрытия].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Перечень уничтоженных персональных данных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[категории и конкретный перечень данных].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Носители и информационные системы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[бумажные носители, базы, резервные копии и иные места хранения].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Способ уничтожения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[описать способ, исключающий восстановление].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Дата и время уничтожения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[дата и время].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Подтверждение для информационной системы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[выгрузка из журнала регистрации событий / иной документ; реквизиты приложения].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Результат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Комиссия подтверждает уничтожение перечисленных персональных данных в указанном объёме.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Приложения: [выгрузка из журнала событий / опись носителей / иные документы / нет].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Председатель комиссии ____________ / [ФИО] /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Член комиссии ____________ / [ФИО] /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Член комиссии ____________ / [ФИО] /</w:t>
      </w:r>
    </w:p>
    <w:sectPr>
      <w:footerReference w:type="default" r:id="rId9"/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