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Карточка инцидента ПДн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401"/>
        <w:gridCol w:w="1401"/>
        <w:gridCol w:w="1401"/>
        <w:gridCol w:w="1401"/>
        <w:gridCol w:w="1401"/>
        <w:gridCol w:w="1401"/>
        <w:gridCol w:w="1401"/>
      </w:tblGrid>
      <w:tr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Дата/время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Система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Что произошло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Данные/лица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Меры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Уведомления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Закрытие</w:t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Участник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 / 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Председатель/ответственный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Участник/свидетель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Участник/свидетель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инцидента ПДн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