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Журнал приготовления рабочих растворов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35"/>
        <w:gridCol w:w="1635"/>
        <w:gridCol w:w="1635"/>
        <w:gridCol w:w="1635"/>
        <w:gridCol w:w="1635"/>
        <w:gridCol w:w="1635"/>
      </w:tblGrid>
      <w:tr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Дата/время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Средство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Концентрация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Объём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Экспозиция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Исполнитель</w:t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приготовления рабочих растворов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