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дезинсекции и дератизации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35"/>
        <w:gridCol w:w="1635"/>
        <w:gridCol w:w="1635"/>
        <w:gridCol w:w="1635"/>
        <w:gridCol w:w="1635"/>
        <w:gridCol w:w="1635"/>
      </w:tblGrid>
      <w:tr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Осмотр/признаки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Место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Мера/препарат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Подрядчик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Результат</w:t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дезинсекции и дератизации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