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Журнал контроля воды и аварий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635"/>
        <w:gridCol w:w="1635"/>
        <w:gridCol w:w="1635"/>
        <w:gridCol w:w="1635"/>
        <w:gridCol w:w="1635"/>
        <w:gridCol w:w="1635"/>
      </w:tblGrid>
      <w:tr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Точка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Показатель/событие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Результат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Мера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Протокол/подпись</w:t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контроля воды и аварий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