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регистрации инструктажей по охране труда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ФИО/должность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Вид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Инструкция/программа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Причина внепланового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Инструктирующий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Подписи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инструктажей по охране труда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