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Чек-лист готовности номера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226"/>
        <w:gridCol w:w="1226"/>
        <w:gridCol w:w="1226"/>
        <w:gridCol w:w="1226"/>
        <w:gridCol w:w="1226"/>
        <w:gridCol w:w="1226"/>
        <w:gridCol w:w="1226"/>
        <w:gridCol w:w="1226"/>
      </w:tblGrid>
      <w:tr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Номер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Бельё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Санузел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Пыль/пол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Комплектация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Техника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Безопасность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Контроль</w:t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готовности номера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