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Журнал ключей и карт доступа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401"/>
        <w:gridCol w:w="1401"/>
        <w:gridCol w:w="1401"/>
        <w:gridCol w:w="1401"/>
        <w:gridCol w:w="1401"/>
        <w:gridCol w:w="1401"/>
        <w:gridCol w:w="1401"/>
      </w:tblGrid>
      <w:tr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Дата/время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Ключ/карта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Выдано кому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Основание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Возврат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Блокировка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ключей и карт доступа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