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технических неисправностей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401"/>
        <w:gridCol w:w="1401"/>
        <w:gridCol w:w="1401"/>
        <w:gridCol w:w="1401"/>
        <w:gridCol w:w="1401"/>
        <w:gridCol w:w="1401"/>
        <w:gridCol w:w="1401"/>
      </w:tblGrid>
      <w:tr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Номер/зона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Неисправность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Приоритет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Передано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Срок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Закрытие</w:t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технических неисправностей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