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Карточка инцидента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401"/>
        <w:gridCol w:w="1401"/>
        <w:gridCol w:w="1401"/>
        <w:gridCol w:w="1401"/>
        <w:gridCol w:w="1401"/>
        <w:gridCol w:w="1401"/>
        <w:gridCol w:w="1401"/>
      </w:tblGrid>
      <w:tr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Дата/время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Место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Факты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Участники/свидетели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Меры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Службы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Документы</w:t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Участник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Председатель/ответственный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Участник/свидетель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Участник/свидетель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инцидента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