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Лист контроля доступной среды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35"/>
        <w:gridCol w:w="1635"/>
        <w:gridCol w:w="1635"/>
        <w:gridCol w:w="1635"/>
        <w:gridCol w:w="1635"/>
        <w:gridCol w:w="1635"/>
      </w:tblGrid>
      <w:tr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Маршрут/зона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Фактическая доступность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Барьер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Способ помощи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Ответственный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Срок</w:t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контроля доступной среды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