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ОРГАНИЗАЦИИ / ИП]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ПРИКАЗ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[дата]</w:t>
            </w:r>
          </w:p>
        </w:tc>
        <w:tc>
          <w:tcPr>
            <w:tcW w:type="dxa" w:w="3307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№ [номер]</w:t>
            </w:r>
          </w:p>
        </w:tc>
        <w:tc>
          <w:tcPr>
            <w:tcW w:type="dxa" w:w="3307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 внедрении процедур, основанных на принципах ХАССП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ПРИКАЗЫВАЮ: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Создать рабочую группу ХАССП в составе: [должности и ФИО].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Утвердить описание продукции и процессов, анализ опасностей, критические контрольные точки, пределы, мониторинг и корректирующие действия.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Обеспечить ведение записей, обучение работников и проверку результативности процедур.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Проводить пересмотр процедур не реже [период] и при изменении меню, оборудования или технологии.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Основание: ТР ТС 021/2011 и иные применимые санитарные требования.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Должность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ФИО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</w:t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