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16"/>
        </w:rPr>
        <w:t>Приложение № 2 к Правилам обеспечения работников СИЗ и смывающими средствами, утверждённым приказом Минтруда России от 29.10.2021 № 766н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РЕКОМЕНДУЕМЫЙ ОБРАЗЕЦ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ЛИЧНАЯ КАРТОЧКА № ________ УЧЁТА ВЫДАЧИ СИЗ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52"/>
        <w:gridCol w:w="7852"/>
      </w:tblGrid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Фамилия ______________________________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Пол __________________________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Имя ____________ Отчество (при наличии) 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Рост _________________________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Табельный номер 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Размер одежды __________________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Структурное подразделение ______________________________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Размер обуви ___________________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Профессия (должность) _________________________________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Размер головного убора 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Дата поступления на работу _____________________________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Размер СИЗОД ___________________</w:t>
            </w:r>
          </w:p>
        </w:tc>
      </w:tr>
      <w:tr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Дата изменения профессии (должности) или перевода в другое подразделение __________________________</w:t>
            </w:r>
          </w:p>
        </w:tc>
        <w:tc>
          <w:tcPr>
            <w:tcW w:type="dxa" w:w="7852"/>
            <w:vAlign w:val="center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8"/>
              </w:rPr>
              <w:t>Размер СИЗ рук __________________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Наименование СИЗ</w:t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Пункт Норм</w:t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Единица измерения, периодичность выдачи</w:t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6"/>
              </w:rPr>
              <w:t>Количество на период</w:t>
            </w:r>
          </w:p>
        </w:tc>
      </w:tr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  <w:tr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3926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6"/>
              </w:rPr>
            </w:r>
          </w:p>
        </w:tc>
      </w:tr>
    </w:tbl>
    <w:p>
      <w:pPr>
        <w:jc w:val="left"/>
      </w:pPr>
      <w:r>
        <w:rPr>
          <w:rFonts w:ascii="Times New Roman" w:hAnsi="Times New Roman" w:eastAsia="Times New Roman"/>
          <w:b w:val="0"/>
          <w:i w:val="0"/>
          <w:sz w:val="18"/>
        </w:rPr>
        <w:t>Ответственное лицо за ведение карточек учёта выдачи СИЗ ____________ / [фамилия, инициалы] /</w:t>
      </w:r>
    </w:p>
    <w:p>
      <w:r>
        <w:br w:type="page"/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0"/>
        </w:rPr>
        <w:t>ОБОРОТНАЯ СТОРОНА ЛИЧНОЙ КАРТОЧКИ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Наименование СИЗ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Модель, марка, артикул, класс защиты СИЗ, дерматологических СИЗ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Дата выдачи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Количество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Лично/дозатор*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Подпись получившего СИЗ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Дата возврата**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Количество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Подпись сдавшего СИЗ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3"/>
              </w:rPr>
              <w:t>Акт списания (дата, номер)</w:t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2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3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4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5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6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7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8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9</w:t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  <w:t>10</w:t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  <w:tr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  <w:tc>
          <w:tcPr>
            <w:tcW w:type="dxa" w:w="1570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14"/>
              </w:rPr>
            </w:r>
          </w:p>
        </w:tc>
      </w:tr>
    </w:tbl>
    <w:p>
      <w:pPr>
        <w:jc w:val="left"/>
      </w:pPr>
      <w:r>
        <w:rPr>
          <w:rFonts w:ascii="Times New Roman" w:hAnsi="Times New Roman" w:eastAsia="Times New Roman"/>
          <w:b w:val="0"/>
          <w:i w:val="0"/>
          <w:sz w:val="16"/>
        </w:rPr>
        <w:t>* Информация указывается только для дерматологических СИЗ.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16"/>
        </w:rPr>
        <w:t>** Информация указывается для всех СИЗ, кроме дерматологических СИЗ и СИЗ однократного применения.</w:t>
      </w:r>
    </w:p>
    <w:sectPr>
      <w:footerReference w:type="default" r:id="rId9"/>
      <w:pgSz w:w="16838" w:h="11906" w:orient="landscape"/>
      <w:pgMar w:top="850" w:right="567" w:bottom="85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16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